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الصحراء في رواية تيميمون لرشيد بوجدرة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شيكو سارة/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الصحراء/ تيميمون/ رشيد بوجدرة/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