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الحيوان في شعر أبي ذؤيب الهذلي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الحيوان/ أبو ذؤيب الهذلي/ العاطفة/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