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الحواري في رواية "نوار اللوز" لـ (واسيني الأعرج ) قراءة في ضوء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بوعبيبسة لمياء/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النحو الوظيفي/ الخطاب الحواري/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