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القاعدية النحوية والقيمة البلاغية في القرآن الكريم سورة" آل عمران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مناخ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التقديم/ التأخير/ سورة آل عمران/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