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السردية في رواية " لخضر "لــ ياسمينة صالح"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نجمة/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الراوي/ الرؤية السردية/ المروي له/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