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تمثيلات الأنا والآخر في رواية عزازيل لـ" يوسف زيدان دراسة من منظور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عميرة زوينة/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الأنا والآخر/ رواية  عزازيل/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