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مظاهر التجديد في كتاب دراسات نقدية في النحو العربي لعبد الرحمن أيوب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إشراف خديجة/ قيزة عيسى ( 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69ص.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800136911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النحو العربي/ التجديد/ عبد الرحمن أيوب/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