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الخلافات النحوية عند ابن مضاء في كتابه الرد على النحاة باب المرفوعات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نعمون  حليمة/ عبيد جميلة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مضاء/ الخلافات النحوية/ الرد على النحاة/ باب المرفوعات/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