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الصوتية لقصار السور القرآنية وأثرها في تعليم اللغة العربية لدى تلاميذ الإبتدائي - السنة الخامسة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الديب خديجة/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البنية الصوتية/ السور القرآنية/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