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الإنتماء في رسالة "الحنين إلى الأوطان "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 سميحة/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الأدب/ الوطن/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