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الترجمة في تعليم اللغة الأجنبية الأولى مقاربة ميدانية السنة الأولى متوسط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سعيدي أحلام/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الترجمة/ اللغة الفرنسية/ التّعلم/ التّعليم/ اللّغة الأجنبية/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