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ابن هانئ الأندلسي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جميلة/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شعر/ ابن هانئ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