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موشحة لسان الدين بن الخطيب "جادك الغيث "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بوالثلج ياسمينة/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الموشح/ لسان الدين بن الخطيب/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