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المدينة في شعر منيرة سعدة خلخال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بولعوينات صورية/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الشعر/ منيرة سعدة خلخال/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