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النسق الأنثوي بين مركزية الذات وتهميش الآخر في رواية "إمرأة من طابقين " لهيفاء بيطار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فزاني صوفيا/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800139711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النسق الأنثوي/ المركز و الهامش/ رواية امرأة من طابقين/ هيفاء بيطار/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