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تسابيح الجريح لعامر شارف - مقاربة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كنزة/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المقاربة/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