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العادات والتقاليد العربية في الرحلات الغربية نماذج من النصوص الرحلية الغربية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قواري أشواق/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البلدان العربية/ العادات/ الرحلات الغربية/ النصوص الرحلية/ التقاليد/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