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أيا ديك عدت من أياديك صيحة " لأبي العلاء المعري دراسة أسلوبية إحصائية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العيفة خولة/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أبي العلاء المعري/ قصيدة/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