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التناص في ديوان  "حديث الشمس والذاكرة " لمصطفى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 آمنة/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ديوان حديث الشمس والذاكرة/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