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 في قصيدة " خمس أغان للألم "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هيام/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السيميائية/ نازك الملائكة/ قصيدة أغان للألم/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