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مصطلحات التعليمية عند صالح بلعيد في كتابه "دروس في اللسانيات التطبيقية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عياش علجية/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المصطلح/ اللسانيات التطبيقية/ صالح بلعيد/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