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عند البحتري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زهارة مريم/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الوصف/ البحتري/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