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التوابع في القرآن الكريم توجيهها النحوي والدلالي (الجزء الأول من سورة البقرة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فاطمة/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سورة البقرة/ التوابع/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