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شعرية أبي تمام في ميزان النقد دراسة مقارنة بين التصورين القديم والحديث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مسكين سعيدة/ باروق هشام(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800145311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أبي تمام/ الشعرية/ النقاد القدامى/ النقاد المحدثين/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