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المفارقة عند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زهدي مريم/ قاب فيروز/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أبي فراس الحمداني/ المفارقة/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