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حركية الإيقاع في سيفيات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شقة رقية/ بوقروة عفاف/ مولاي كاملة(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المتنبي/ الإيقاع/ السيفيات/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