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موقف ابن يعيش من الخلاف النحوي في كتابه شرح المفصل باب الأسماء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عصمان نسيم/ معزوز عبد الحليم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الخلاف النحوي/ ابن يعيش/ كتاب شرح المفصل/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