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الحجاج في إنسجام الخطاب القرآني سورة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سويسي أسيا/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الحجاج/ الخطاب القرآني/ سورة الكهف/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