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الإيقاع في شعر الهجاء عند الحطيئة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صايفي صبرين/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الإيقاع/ الحطيئة/ الشعر/ الهجاء/ جمالية/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