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الشخصية في رواية عمارة يعقوبيان لعلاء الأسواني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لبنى/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السيكولوجية/ الشخصية/ رواية عمارة يعقوبيان/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