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لغة في ديوان مسافات 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رنيخ ز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ة الشعرية/ تشكيل/ ديوان مس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