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الأنا والآخر في ديوان الخنساء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قبلي منيرة/ قرايري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800141611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الأنا و الآخر/ ديوان الخنساء/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