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النحوي ودوره في التحليل اللغوي سورة النساء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سورة النساء/ العامل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