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إشكالية المعنى في المعجم المدرسي المنهل لسهيل إدريس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عميرات جهاد/ لشهب حياة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المعجم/ المعجمية/ إشكالية المعنى/ قاموس المنهل/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