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تصريح بضياع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سمية/ كيروم سلمى/ زريزر رقية/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سمير قسيمي/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