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إعتقاد من منظور ابن تميمة قراءة في كتاب إقتضاء سراط مست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يوة ناص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إعتقاد/ ابن ت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