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التنوين وأنواعه في سورة الشورى دراسة نحوية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هاجر/ مشيتوة نجاة/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الصرفية/ التنوين/ سورة الشورى/ الدراسة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