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القرآني في ديوان مسافات لنور الدين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بوالدبان رحمة/ بلحربي ريمة/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 القرآني/ ديوان مسافات/ نور الدين درويش/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