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في ديوان شاهد الثلث الأخير لحسين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سمير/ لعمران حنان/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الرمز/ حسين زيدان/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