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الفكر التعليمي في حديث الرسول صلى الله عليه وسلم صحيح البخاري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بوعلي مريم/ بوالصيود مريم/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الفكر التعليمي/ حديث الرسول صلى الله عليه وسلم/ صحيح البخاري/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