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جاسم الصميدعي/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658405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المبيعات/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