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الاعمال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رفيدة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9789957990947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الانترنيت/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