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الائتمان بالمصارف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فرج خير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9789957991005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الائتمان/ المصارف/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