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الافراد والعلاقات الانسانية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الفتاح الصيرفي/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قنديل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9789957251154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إدارة الأفراد/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