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من منظور 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محمود على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