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خضير كاظم حمود/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9789957060688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إدارة الإنتاج/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