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التسويق الحديث : مدخل معاصر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فلاح الزعبي/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المسيرة للنشر والتوزيع والطباعة/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9789957970130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التسويق/ إدارة الأعمال/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