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المخاطر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فرج خير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9789957991104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إدارة المخاطر/ إدارة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