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المحافظ الاستثمارية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رندة جميل/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9789957991388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الاستثمار/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