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الجودة في منظمات الاعمال : النظرية والتطبيق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بوحرود فتحية/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9789957970673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ضبط الجودة/ إدارة الجودة/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